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Oświadczenie o rezygnacji z członkostwa w KGW</w:t>
      </w:r>
    </w:p>
    <w:p>
      <w:r>
        <w:rPr>
          <w:b w:val="0"/>
        </w:rPr>
        <w:t>Wzór dotyczy wystąpienia z koła, nie wyłącznie zakończenia funkcji. Przed użyciem sprawdźcie adresata, formę oraz zasady skuteczności wynikające ze statutu i właściwych przepisów.</w:t>
      </w:r>
    </w:p>
    <w:p>
      <w:r>
        <w:rPr>
          <w:b w:val="0"/>
        </w:rPr>
        <w:t>Miejscowość i data sporządzenia: ______________________________</w:t>
      </w:r>
    </w:p>
    <w:p>
      <w:r>
        <w:rPr>
          <w:b w:val="0"/>
        </w:rPr>
        <w:t>Imię i nazwisko osoby rezygnującej: ______________________________</w:t>
      </w:r>
    </w:p>
    <w:p>
      <w:r>
        <w:rPr>
          <w:b w:val="0"/>
        </w:rPr>
        <w:t>Pełna nazwa KGW: ______________________________</w:t>
      </w:r>
    </w:p>
    <w:p>
      <w:r>
        <w:rPr>
          <w:b w:val="0"/>
        </w:rPr>
        <w:t>Do [adresat zgodnie ze statutem]: ______________________________</w:t>
      </w:r>
    </w:p>
    <w:p>
      <w:r>
        <w:rPr>
          <w:b w:val="0"/>
        </w:rPr>
        <w:t>Oświadczam, że występuję z Koła Gospodyń Wiejskich wskazanego powyżej i rezygnuję z członkostwa w tym kole. Proszę o potwierdzenie otrzymania oświadczenia oraz wskazanie odnotowanej daty ustania członkostwa zgodnie z obowiązującymi zasadami.</w:t>
      </w:r>
    </w:p>
    <w:p>
      <w:r>
        <w:rPr>
          <w:b w:val="0"/>
        </w:rPr>
        <w:t>Proponowana przyszła data skutku, jeżeli jest wskazywana i dopuszczalna zgodnie z właściwymi zasadami (w przeciwnym razie usuń pole): __________________</w:t>
      </w:r>
    </w:p>
    <w:p>
      <w:r>
        <w:rPr>
          <w:b w:val="0"/>
        </w:rPr>
        <w:t>Dobrowolny adres do przekazania potwierdzenia (jeżeli potrzebny): __________________</w:t>
      </w:r>
    </w:p>
    <w:p>
      <w:r>
        <w:rPr>
          <w:b w:val="0"/>
        </w:rPr>
        <w:t>Podpis osoby składającej oświadczenie: ______________________________</w:t>
      </w:r>
    </w:p>
    <w:p>
      <w:pPr>
        <w:pStyle w:val="Heading1"/>
        <w:pageBreakBefore/>
      </w:pPr>
      <w:r>
        <w:t>Instrukcja i część pomocnicza</w:t>
      </w:r>
    </w:p>
    <w:p>
      <w:r>
        <w:rPr>
          <w:b w:val="0"/>
        </w:rPr>
        <w:t>Nie podpisujcie poniższych uwag jako części oświadczenia. Przed użyciem dopasujcie formularz do Waszej sytuacji i usuńcie niepotrzebne warianty.</w:t>
      </w:r>
    </w:p>
    <w:p>
      <w:r>
        <w:rPr>
          <w:b w:val="0"/>
        </w:rPr>
        <w:t>Data i sposób otrzymania oświadczenia: __________________</w:t>
      </w:r>
    </w:p>
    <w:p>
      <w:r>
        <w:rPr>
          <w:b w:val="0"/>
        </w:rPr>
        <w:t>Osoba odbierająca: __________________</w:t>
      </w:r>
    </w:p>
    <w:p>
      <w:r>
        <w:rPr>
          <w:b w:val="0"/>
        </w:rPr>
        <w:t>Odnotowana data ustania członkostwa i jej podstawa: __________________</w:t>
      </w:r>
    </w:p>
    <w:p>
      <w:r>
        <w:rPr>
          <w:b w:val="0"/>
        </w:rPr>
        <w:t>Odrębne skutki dla pełnionych ról / sprawy wymagające wyjaśnienia: __________________</w:t>
      </w:r>
    </w:p>
    <w:p>
      <w:r>
        <w:rPr>
          <w:b w:val="0"/>
        </w:rPr>
        <w:t>Data aktualizacji ewidencji i zgłoszenia do KRKGW: __________________</w:t>
      </w:r>
    </w:p>
    <w:p>
      <w:r>
        <w:rPr>
          <w:b w:val="0"/>
        </w:rPr>
        <w:t>Zachowajcie kopię i dowód doręczenia właściwemu adresatowi. Sam podpis na piśmie nie dowodzi daty jego otrzymania.</w:t>
      </w:r>
    </w:p>
    <w:p>
      <w:r>
        <w:rPr>
          <w:b w:val="0"/>
        </w:rPr>
        <w:t>Nie wpisujcie automatycznie okresu 30 dni. Termin ustawowy na zgłoszenie zmiany do KRKGW nie jest okresem wypowiedzenia członkostwa.</w:t>
      </w:r>
    </w:p>
    <w:p>
      <w:r>
        <w:rPr>
          <w:b w:val="0"/>
        </w:rPr>
        <w:t>Wskazanie przyszłej daty wymaga oceny zgodnie z właściwymi zasadami, nie automatycznego przyjęcia przez koło.</w:t>
      </w:r>
    </w:p>
    <w:p>
      <w:r>
        <w:rPr>
          <w:b w:val="0"/>
        </w:rPr>
        <w:t>Nie wymagajcie uzasadnienia konfliktu, informacji zdrowotnych lub ponownego podawania PESEL, gdy ewidencja pozwala jednoznacznie ustalić osobę.</w:t>
      </w:r>
    </w:p>
    <w:p>
      <w:r>
        <w:rPr>
          <w:b w:val="0"/>
        </w:rPr>
        <w:t>Składki, zaliczki, mienie i dostępy rozlicza się odrębnie. Formularz nie potwierdza, że nie ma zaległości ani że powstaje prawo do zwrotu składki.</w:t>
      </w:r>
    </w:p>
    <w:p>
      <w:r>
        <w:rPr>
          <w:b w:val="0"/>
        </w:rPr>
        <w:t>Przy osobie pełniącej funkcję ustalcie odrębnie konsekwencje dla organu i reprezentacji. Rezygnacja wyłącznie z funkcji wymaga drugiego wzoru.</w:t>
      </w:r>
    </w:p>
    <w:p>
      <w:pPr>
        <w:pStyle w:val="Heading2"/>
      </w:pPr>
      <w:r>
        <w:t>Podstawa i aktualizacja</w:t>
      </w:r>
    </w:p>
    <w:p>
      <w:r>
        <w:rPr>
          <w:b w:val="0"/>
        </w:rPr>
        <w:t>Sprawdzono źródła: 2026-10-10. Materiał redakcyjny, nie urzędowy formularz ani opinia indywidualna.</w:t>
      </w:r>
    </w:p>
    <w:p>
      <w:r>
        <w:rPr>
          <w:b w:val="0"/>
          <w:sz w:val="16"/>
        </w:rPr>
        <w:t>https://eli.gov.pl/api/acts/DU/2025/310/text.pdf</w:t>
      </w:r>
    </w:p>
    <w:p>
      <w:r>
        <w:rPr>
          <w:b w:val="0"/>
          <w:sz w:val="16"/>
        </w:rPr>
        <w:t>https://www.gov.pl/web/arimr/dokumenty-niezbedne-do-wpisu-do-krkgw</w:t>
      </w:r>
    </w:p>
    <w:p>
      <w:r>
        <w:rPr>
          <w:b w:val="0"/>
          <w:sz w:val="16"/>
        </w:rPr>
        <w:t>https://bip.uodo.gov.pl/pl/file/1460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Edytowalny materiał pomocniczy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rezygnacji z członkostwa w KGW</dc:title>
  <dc:subject/>
  <dc:creator>Redakcja SzkoleniaKGW.pl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