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Oświadczenie o rezygnacji z funkcji w KGW</w:t>
      </w:r>
    </w:p>
    <w:p>
      <w:r>
        <w:rPr>
          <w:b w:val="0"/>
        </w:rPr>
        <w:t>Wzór nie obejmuje wystąpienia z koła. Wskażcie dokładnie organ i zakres rezygnacji, zwłaszcza czy zakończenie funkcji prezesa obejmuje także miejsce w zarządzie.</w:t>
      </w:r>
    </w:p>
    <w:p>
      <w:r>
        <w:rPr>
          <w:b w:val="0"/>
        </w:rPr>
        <w:t>Miejscowość i data sporządzenia: ______________________________</w:t>
      </w:r>
    </w:p>
    <w:p>
      <w:r>
        <w:rPr>
          <w:b w:val="0"/>
        </w:rPr>
        <w:t>Imię i nazwisko: ______________________________</w:t>
      </w:r>
    </w:p>
    <w:p>
      <w:r>
        <w:rPr>
          <w:b w:val="0"/>
        </w:rPr>
        <w:t>Pełna nazwa KGW: ______________________________</w:t>
      </w:r>
    </w:p>
    <w:p>
      <w:r>
        <w:rPr>
          <w:b w:val="0"/>
        </w:rPr>
        <w:t>Do [właściwy adresat zgodnie ze statutem]: ______________________________</w:t>
      </w:r>
    </w:p>
    <w:p>
      <w:r>
        <w:rPr>
          <w:b w:val="0"/>
        </w:rPr>
        <w:t>Organ oraz pełniona funkcja: ______________________________</w:t>
      </w:r>
    </w:p>
    <w:p>
      <w:r>
        <w:rPr>
          <w:b w:val="0"/>
        </w:rPr>
        <w:t>Dokładny zakres rezygnacji: ______________________________</w:t>
      </w:r>
    </w:p>
    <w:p>
      <w:r>
        <w:rPr>
          <w:b w:val="0"/>
        </w:rPr>
        <w:t>Oświadczam, że rezygnuję z pełnienia funkcji w organie Koła Gospodyń Wiejskich wskazanego powyżej, w zakresie dokładnie opisanym w tym piśmie. Niniejsze oświadczenie nie stanowi rezygnacji z członkostwa w Kole Gospodyń Wiejskich. Proszę o potwierdzenie otrzymania pisma oraz odnotowanej daty skutku zgodnie z obowiązującymi zasadami.</w:t>
      </w:r>
    </w:p>
    <w:p>
      <w:r>
        <w:rPr>
          <w:b w:val="0"/>
        </w:rPr>
        <w:t>Proponowana przyszła data skutku, jeśli dopuszczalna zgodnie z właściwymi zasadami (w przeciwnym razie usuń pole): __________________</w:t>
      </w:r>
    </w:p>
    <w:p>
      <w:r>
        <w:rPr>
          <w:b w:val="0"/>
        </w:rPr>
        <w:t>Proponowany termin organizacyjnego przekazania dokumentacji i dostępów: __________________</w:t>
      </w:r>
    </w:p>
    <w:p>
      <w:r>
        <w:rPr>
          <w:b/>
        </w:rPr>
        <w:t>Przykłady zakresu (wybierz właściwy, usuń pozostałe):</w:t>
      </w:r>
    </w:p>
    <w:p>
      <w:r>
        <w:rPr>
          <w:b w:val="0"/>
        </w:rPr>
        <w:t>Przykład A: rezygnuję wyłącznie z funkcji prezesa, pozostając członkiem zarządu — jeżeli taki wariant odpowiada zamiarowi i zasadom obowiązującego statutu.</w:t>
      </w:r>
    </w:p>
    <w:p>
      <w:r>
        <w:rPr>
          <w:b w:val="0"/>
        </w:rPr>
        <w:t>Przykład B: rezygnuję z członkostwa w zarządzie, w tym z pełnienia funkcji prezesa; pozostaję członkiem KGW.</w:t>
      </w:r>
    </w:p>
    <w:p>
      <w:r>
        <w:rPr>
          <w:b w:val="0"/>
        </w:rPr>
        <w:t>Podpis osoby składającej oświadczenie: ______________________________</w:t>
      </w:r>
    </w:p>
    <w:p>
      <w:pPr>
        <w:pStyle w:val="Heading1"/>
        <w:pageBreakBefore/>
      </w:pPr>
      <w:r>
        <w:t>Instrukcja i część pomocnicza</w:t>
      </w:r>
    </w:p>
    <w:p>
      <w:r>
        <w:rPr>
          <w:b w:val="0"/>
        </w:rPr>
        <w:t>Nie podpisujcie poniższych uwag jako części oświadczenia. Przed użyciem dopasujcie formularz do Waszej sytuacji i usuńcie niepotrzebne warianty.</w:t>
      </w:r>
    </w:p>
    <w:p>
      <w:r>
        <w:rPr>
          <w:b w:val="0"/>
        </w:rPr>
        <w:t>Data i sposób otrzymania oświadczenia / osoba odbierająca: __________________</w:t>
      </w:r>
    </w:p>
    <w:p>
      <w:r>
        <w:rPr>
          <w:b w:val="0"/>
        </w:rPr>
        <w:t>Odnotowana data skutku i podstawa: __________________</w:t>
      </w:r>
    </w:p>
    <w:p>
      <w:r>
        <w:rPr>
          <w:b w:val="0"/>
        </w:rPr>
        <w:t>Osoba uprawniona do przejęcia dokumentacji i obowiązków: __________________</w:t>
      </w:r>
    </w:p>
    <w:p>
      <w:r>
        <w:rPr>
          <w:b w:val="0"/>
        </w:rPr>
        <w:t>Zakres potrzebnej aktualizacji reprezentacji i KRKGW: __________________</w:t>
      </w:r>
    </w:p>
    <w:p>
      <w:r>
        <w:rPr>
          <w:b w:val="0"/>
        </w:rPr>
        <w:t>Przykłady zakresu są instrukcją, nie dwoma oświadczeniami do podpisania równocześnie. Wstawcie jeden jednoznaczny opis do pola zakresu i usuńcie niewykorzystane przykłady.</w:t>
      </w:r>
    </w:p>
    <w:p>
      <w:r>
        <w:rPr>
          <w:b w:val="0"/>
        </w:rPr>
        <w:t>Jeżeli osoba chce także wystąpić z koła, użyjcie odrębnego formularza rezygnacji z członkostwa. Ten wzór wyraźnie pozostawia członkostwo w KGW.</w:t>
      </w:r>
    </w:p>
    <w:p>
      <w:r>
        <w:rPr>
          <w:b w:val="0"/>
        </w:rPr>
        <w:t>Adresata, formę i skutek ustalcie na podstawie statutu oraz właściwych zasad. Nie wpisujcie uniwersalnego okresu wypowiedzenia ani obowiązku oczekiwania na następcę.</w:t>
      </w:r>
    </w:p>
    <w:p>
      <w:r>
        <w:rPr>
          <w:b w:val="0"/>
        </w:rPr>
        <w:t>Organizacyjny termin przekazania obowiązków nie jest automatycznie datą skutku rezygnacji.</w:t>
      </w:r>
    </w:p>
    <w:p>
      <w:r>
        <w:rPr>
          <w:b w:val="0"/>
        </w:rPr>
        <w:t>Dokumentacja, pieniądze, klucze i dostępy powinny zostać przekazane osobom uprawnionym. Ustalcie uzupełnienie składu organu i zmianę reprezentacji, jeśli są potrzebne.</w:t>
      </w:r>
    </w:p>
    <w:p>
      <w:r>
        <w:rPr>
          <w:b w:val="0"/>
        </w:rPr>
        <w:t>Formularz nie zastępuje aktualizacji KRKGW, dokumentów bankowych ani odrębnego rozliczenia powierzonych rzeczy.</w:t>
      </w:r>
    </w:p>
    <w:p>
      <w:pPr>
        <w:pStyle w:val="Heading2"/>
      </w:pPr>
      <w:r>
        <w:t>Podstawa i aktualizacja</w:t>
      </w:r>
    </w:p>
    <w:p>
      <w:r>
        <w:rPr>
          <w:b w:val="0"/>
        </w:rPr>
        <w:t>Sprawdzono źródła: 2026-10-10. Materiał redakcyjny, nie urzędowy formularz ani opinia indywidualna.</w:t>
      </w:r>
    </w:p>
    <w:p>
      <w:r>
        <w:rPr>
          <w:b w:val="0"/>
          <w:sz w:val="16"/>
        </w:rPr>
        <w:t>https://eli.gov.pl/api/acts/DU/2025/310/text.pdf</w:t>
      </w:r>
    </w:p>
    <w:p>
      <w:r>
        <w:rPr>
          <w:b w:val="0"/>
          <w:sz w:val="16"/>
        </w:rPr>
        <w:t>https://www.gov.pl/web/arimr/dokumenty-niezbedne-do-wpisu-do-krkgw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Edytowalny materiał pomocniczy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rezygnacji z funkcji w KGW</dc:title>
  <dc:subject/>
  <dc:creator>Redakcja SzkoleniaKGW.pl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